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לבגרות בלשון לעולים (70%)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בחינת הבגרות בלשון לעולים ואת שני השאלונים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כולל תרגול כל יחידה באתר (הבנה, סיכום ממזג, הבעה, לשון)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להתארגן לקראת הבחינה: זמן, מילון, חלקי הבחינה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הבחינה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מאמרים על נושא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בשתי הרמות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50+20+30=100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כל 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1. 11284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2. 11274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יחידה לנושא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(התנדבות בני נוער)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(הארוחה המשפחתית)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(דו-לשוניות: לגדול עם שתי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(בזבוז מזון)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שני המאמרים ומסמנים את הרעיון המרכזי בכל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עונים על שאלות ההבנה של שני המאמרים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בונים סיכום ממזג שלב אחרי שלב, לפי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משימת הבעה (חיבור טיעון)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11284 (רמות א-ב) ו-11274 (רמה ג)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מאמרים, שאלות הבנה, סיכום ממזג, הבעה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קודם את טבלת מבנה הבחינה מהעמוד ולאחריה לעבור לתרגיל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שאלון 11284 לשאלון 11274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מומלץ לחבר את התרגול להצעה לנסות מבחן אמיתי בשעון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לבגרות בלשון לעולים (70%)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מתרגלים את המידע על בחינת הבגרות בלשון לעולים חדשים, כפי שהוא מופיע בעמוד ההכנה לבגרות: מבנה הבחינה, השאלונים, היחידות וסדר העבודה.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11274  ·  שני  ·  11284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 על הבחינה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נמשכת בחינת הבגרות בלשון לעולים (70%)?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שעתיים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יש בנספח הבחינה?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מאמר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מאמרים על נושא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מאמרים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באילו רמות מותר להשתמש במילון או במילונית?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ברמה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ברמה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בשתי הרמות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הבחינה נמשכת שלוש שעות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בשאלון 11284 סך הכול יש 100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יחידה באתר יש שני מאמרים מקוריים עם הקראה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שאלון __________ מיועד לרמות א-ב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שאלון __________ מיועד לרמה 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בפרק ההבנה עונים על שאלות לגבי __________ מאמרים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יחידה לנושא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יחידה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דו-לשוניות: לגדול עם שתי 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יחידה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בזבוז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יחידה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הארוחה המשפחתית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יחידה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התנדבות בני נוער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בונים סיכום ממזג שלב אחרי שלב, לפי 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משימת הבעה (חיבור טיעון)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עונים על שאלות ההבנה של שני המאמרים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שני המאמרים ומסמנים את הרעיון המרכזי בכל 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זמן נמשכת הבחינה?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השאלונים של הבחינה?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לבגרות בלשון לעולים (70%)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