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לבגרות בלשון לעולים (70%)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בחינת הבגרות בלשון לעולים ואת שני השאלונים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כולל תרגול כל יחידה באתר (הבנה, סיכום ממזג, הבעה, לשון)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להתארגן לקראת הבחינה: זמן, מילון, חלקי הבחינה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 על הבחינה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 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 מאמרים על נושא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בשתי הרמות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150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50+20+30=100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מותר מילון או מילונית גם ברמה 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נבדק לפי מחוון משרד החינוך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בתיאור כל 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פרק הלשון שווה 20 נקודות, ואילו ההבנה שווה 55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1. 11284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2. 11274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יחידה לנושא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(התנדבות בני נוער)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(הארוחה המשפחתית)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(דו-לשוניות: לגדול עם שתי שפות)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(בזבוז 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(קריאת ספרים בעידן הדיגיטלי)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העבודה ביחידה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שני המאמרים ומסמנים את הרעיון המרכזי בכל 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עונים על שאלות ההבנה של שני המאמרים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בונים סיכום ממזג שלב אחרי שלב, לפי 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משימת הבעה (חיבור טיעון)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מתרגלים את שאלות הלשון של היחידה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סיכום ממזג הוא סיכום אחד שמחבר רעיונות משני מאמרים יחד, ולא רק מסכם כל מאמר בנפרד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שעות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11284 (רמות א-ב) ו-11274 (רמה ג)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מאמרים, שאלות הבנה, סיכום ממזג, הבעה ולשון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קודם את טבלת מבנה הבחינה מהעמוד ולאחריה לעבור לתרגיל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שאלון 11284 לשאלון 11274 לפני תרגיל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סיום מומלץ לחבר את התרגול להצעה לנסות מבחן אמיתי בשעון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הכנה לבגרות בלשון לעולים (70%)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נראית בחינת הבגרות בלשון. לומדים כמה זמן יש, מה כתוב בבחינה, ומה עושים בכל יחידת תרגול.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הבנת הנקרא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לענות על שאלות על מאמר שקראו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סיכום ממזג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סיכום אחד משני מאמרים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חיבור או תשובה בכתיבה חופשית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שאלות על מילים, פעלים, שמות ומספרים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יחס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קטנה כמו על, אל, עם, בלי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הנחיות שלפיו בודקים את הבחינה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מילונית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מילון קטן אלקטרוני מותר לשימוש בבחינה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פועל כמו פיעל, הפעיל, נפעל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 על הבחינה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שעות אורכת הבחינה?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שעה וחצי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מאמרים נותנים בבחינה?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מאמר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מאמרים על נושא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מאמרים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ומאמר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נקודות יש לחלק הראשון בשאלון של רמות א-ב?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מותר מילון בבחינה?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ברמה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ברמה 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בשתי הרמות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באף אחת מהרמות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מילים בחיבור ברמה 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300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שאלות לשון יש בכל 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הבחינה נמשכת שלוש שעות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בשאלון 11284 סך הכול יש 100 נקודות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ברמה ג (שאלון 11274) אסור בכלל להשתמש במילון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הסיכום הממזג נבדק רק לפי דעתו האישית של הבודק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יחידה באתר יש שני מאמרים מקוריים עם הקראה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בשאלון 11274 פרק הלשון שווה 55 נקודות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שאלון __________ מיועד לרמות א-ב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שאלון __________ מיועד לרמה 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בפרק ההבנה עונים על שאלות לגבי __________ מאמרים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הסיכום הממזג נבדק לפי __________ של משרד החינוך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בכל יחידה יש __________ שאלות הבנה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יחידה לנושא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יחידה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דו-לשוניות: לגדול עם שתי שפות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יחידה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קריאת ספרים בעידן הדיגיטלי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יחידה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הארוחה המשפחתית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יחידה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התנדבות בני נוער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יחידה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בזבוז מזון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העבודה ביחידה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בונים סיכום ממזג שלב אחרי שלב, לפי מחוון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משימת הבעה (חיבור טיעון)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מתרגלים את שאלות הלשון של היחידה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על שאלות ההבנה של שני המאמרים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שני המאמרים ומסמנים את הרעיון המרכזי בכל פסקה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מהו סיכום ממזג, ובמה הוא שונה מסיכום של מאמר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זמן נמשכת הבחינה?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השאלונים של הבחינה?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כוללת כל יחידת תרגול באתר?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הכנה לבגרות בלשון לעולים (70%)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